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858000" cy="4572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organizational_chart_infographic_on_a_whi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